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keepLines w:val="0"/>
        <w:spacing w:before="0" w:after="60"/>
        <w:jc w:val="center"/>
      </w:pPr>
      <w:r>
        <w:rPr>
          <w:rFonts w:ascii="Calibri" w:hAnsi="Calibri" w:eastAsia="Calibri" w:cs="Calibri"/>
          <w:b/>
          <w:color w:val="1F3864"/>
          <w:spacing w:val="64"/>
          <w:sz w:val="42"/>
        </w:rPr>
        <w:t>[FIRST LAST]</w:t>
      </w:r>
    </w:p>
    <w:p>
      <w:pPr>
        <w:keepNext w:val="0"/>
        <w:keepLines w:val="0"/>
        <w:pBdr>
          <w:bottom w:val="single" w:sz="4" w:space="6" w:color="D0D0D0"/>
        </w:pBdr>
        <w:spacing w:before="0" w:after="80"/>
        <w:jc w:val="center"/>
      </w:pPr>
      <w:r>
        <w:rPr>
          <w:rFonts w:ascii="Calibri" w:hAnsi="Calibri" w:eastAsia="Calibri" w:cs="Calibri"/>
          <w:color w:val="595959"/>
          <w:spacing w:val="16"/>
          <w:sz w:val="20"/>
        </w:rPr>
        <w:t>[Senior [Function] Manager]  ·  [Industry / Domain]</w:t>
      </w:r>
    </w:p>
    <w:p>
      <w:pPr>
        <w:keepNext w:val="0"/>
        <w:keepLines w:val="0"/>
        <w:spacing w:before="100" w:after="40"/>
        <w:jc w:val="center"/>
      </w:pPr>
      <w:r>
        <w:rPr>
          <w:rFonts w:ascii="Calibri" w:hAnsi="Calibri" w:eastAsia="Calibri" w:cs="Calibri"/>
          <w:color w:val="595959"/>
          <w:sz w:val="18"/>
        </w:rPr>
        <w:t>[City, State]   ·   [(555) 555-5555]   ·   [you@email.com]   ·   linkedin.com/in/[handle]   ·   [portfolio-or-site.com]</w:t>
      </w:r>
    </w:p>
    <w:p>
      <w:pPr>
        <w:keepNext/>
        <w:keepLines w:val="0"/>
        <w:spacing w:before="260" w:after="80"/>
      </w:pPr>
      <w:r>
        <w:rPr>
          <w:rFonts w:ascii="Calibri" w:hAnsi="Calibri" w:eastAsia="Calibri" w:cs="Calibri"/>
          <w:b/>
          <w:color w:val="1F3864"/>
          <w:spacing w:val="44"/>
          <w:sz w:val="19"/>
        </w:rPr>
        <w:t>PROFESSIONAL SUMMARY</w:t>
      </w:r>
    </w:p>
    <w:p>
      <w:pPr>
        <w:keepNext w:val="0"/>
        <w:keepLines w:val="0"/>
        <w:spacing w:before="0" w:after="60"/>
        <w:jc w:val="both"/>
      </w:pPr>
      <w:r>
        <w:rPr>
          <w:rFonts w:ascii="Calibri" w:hAnsi="Calibri" w:eastAsia="Calibri" w:cs="Calibri"/>
          <w:sz w:val="21"/>
        </w:rPr>
        <w:t>[Job title] with [X] years in [industry / function], focused on [specialty]. Track record of [signature outcome — e.g. scaling programs, cutting cost, launching products]: [headline metric, e.g. grew ARR from $[X]M to $[Y]M] and [second metric]. Known for [differentiator — cross-functional leadership, data rigor, turnaround work].</w:t>
      </w:r>
    </w:p>
    <w:p>
      <w:pPr>
        <w:keepNext/>
        <w:keepLines w:val="0"/>
        <w:spacing w:before="260" w:after="80"/>
      </w:pPr>
      <w:r>
        <w:rPr>
          <w:rFonts w:ascii="Calibri" w:hAnsi="Calibri" w:eastAsia="Calibri" w:cs="Calibri"/>
          <w:b/>
          <w:color w:val="1F3864"/>
          <w:spacing w:val="44"/>
          <w:sz w:val="19"/>
        </w:rPr>
        <w:t>CORE COMPETENCIES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68"/>
        <w:gridCol w:w="3168"/>
        <w:gridCol w:w="3168"/>
      </w:tblGrid>
      <w:tr>
        <w:tc>
          <w:tcPr>
            <w:tcW w:type="dxa" w:w="3168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color w:val="1F3864"/>
                <w:sz w:val="21"/>
              </w:rPr>
              <w:t xml:space="preserve">–  </w:t>
            </w:r>
            <w:r>
              <w:rPr>
                <w:rFonts w:ascii="Calibri" w:hAnsi="Calibri" w:eastAsia="Calibri" w:cs="Calibri"/>
                <w:sz w:val="21"/>
              </w:rPr>
              <w:t>[Team Leadership]</w:t>
            </w:r>
          </w:p>
        </w:tc>
        <w:tc>
          <w:tcPr>
            <w:tcW w:type="dxa" w:w="3168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color w:val="1F3864"/>
                <w:sz w:val="21"/>
              </w:rPr>
              <w:t xml:space="preserve">–  </w:t>
            </w:r>
            <w:r>
              <w:rPr>
                <w:rFonts w:ascii="Calibri" w:hAnsi="Calibri" w:eastAsia="Calibri" w:cs="Calibri"/>
                <w:sz w:val="21"/>
              </w:rPr>
              <w:t>[P&amp;L / Budget Ownership]</w:t>
            </w:r>
          </w:p>
        </w:tc>
        <w:tc>
          <w:tcPr>
            <w:tcW w:type="dxa" w:w="3168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color w:val="1F3864"/>
                <w:sz w:val="21"/>
              </w:rPr>
              <w:t xml:space="preserve">–  </w:t>
            </w:r>
            <w:r>
              <w:rPr>
                <w:rFonts w:ascii="Calibri" w:hAnsi="Calibri" w:eastAsia="Calibri" w:cs="Calibri"/>
                <w:sz w:val="21"/>
              </w:rPr>
              <w:t>[Stakeholder Management]</w:t>
            </w:r>
          </w:p>
        </w:tc>
      </w:tr>
      <w:tr>
        <w:tc>
          <w:tcPr>
            <w:tcW w:type="dxa" w:w="3168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color w:val="1F3864"/>
                <w:sz w:val="21"/>
              </w:rPr>
              <w:t xml:space="preserve">–  </w:t>
            </w:r>
            <w:r>
              <w:rPr>
                <w:rFonts w:ascii="Calibri" w:hAnsi="Calibri" w:eastAsia="Calibri" w:cs="Calibri"/>
                <w:sz w:val="21"/>
              </w:rPr>
              <w:t>[Process Optimization]</w:t>
            </w:r>
          </w:p>
        </w:tc>
        <w:tc>
          <w:tcPr>
            <w:tcW w:type="dxa" w:w="3168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color w:val="1F3864"/>
                <w:sz w:val="21"/>
              </w:rPr>
              <w:t xml:space="preserve">–  </w:t>
            </w:r>
            <w:r>
              <w:rPr>
                <w:rFonts w:ascii="Calibri" w:hAnsi="Calibri" w:eastAsia="Calibri" w:cs="Calibri"/>
                <w:sz w:val="21"/>
              </w:rPr>
              <w:t>[Project Delivery]</w:t>
            </w:r>
          </w:p>
        </w:tc>
        <w:tc>
          <w:tcPr>
            <w:tcW w:type="dxa" w:w="3168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color w:val="1F3864"/>
                <w:sz w:val="21"/>
              </w:rPr>
              <w:t xml:space="preserve">–  </w:t>
            </w:r>
            <w:r>
              <w:rPr>
                <w:rFonts w:ascii="Calibri" w:hAnsi="Calibri" w:eastAsia="Calibri" w:cs="Calibri"/>
                <w:sz w:val="21"/>
              </w:rPr>
              <w:t>[Data Analysis]</w:t>
            </w:r>
          </w:p>
        </w:tc>
      </w:tr>
      <w:tr>
        <w:tc>
          <w:tcPr>
            <w:tcW w:type="dxa" w:w="3168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color w:val="1F3864"/>
                <w:sz w:val="21"/>
              </w:rPr>
              <w:t xml:space="preserve">–  </w:t>
            </w:r>
            <w:r>
              <w:rPr>
                <w:rFonts w:ascii="Calibri" w:hAnsi="Calibri" w:eastAsia="Calibri" w:cs="Calibri"/>
                <w:sz w:val="21"/>
              </w:rPr>
              <w:t>[Vendor Negotiation]</w:t>
            </w:r>
          </w:p>
        </w:tc>
        <w:tc>
          <w:tcPr>
            <w:tcW w:type="dxa" w:w="3168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color w:val="1F3864"/>
                <w:sz w:val="21"/>
              </w:rPr>
              <w:t xml:space="preserve">–  </w:t>
            </w:r>
            <w:r>
              <w:rPr>
                <w:rFonts w:ascii="Calibri" w:hAnsi="Calibri" w:eastAsia="Calibri" w:cs="Calibri"/>
                <w:sz w:val="21"/>
              </w:rPr>
              <w:t>[Change Management]</w:t>
            </w:r>
          </w:p>
        </w:tc>
        <w:tc>
          <w:tcPr>
            <w:tcW w:type="dxa" w:w="3168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color w:val="1F3864"/>
                <w:sz w:val="21"/>
              </w:rPr>
              <w:t xml:space="preserve">–  </w:t>
            </w:r>
            <w:r>
              <w:rPr>
                <w:rFonts w:ascii="Calibri" w:hAnsi="Calibri" w:eastAsia="Calibri" w:cs="Calibri"/>
                <w:sz w:val="21"/>
              </w:rPr>
              <w:t>[Strategic Planning]</w:t>
            </w:r>
          </w:p>
        </w:tc>
      </w:tr>
    </w:tbl>
    <w:p>
      <w:pPr>
        <w:keepNext w:val="0"/>
        <w:keepLines w:val="0"/>
        <w:spacing w:before="0" w:after="0"/>
      </w:pPr>
      <w:r>
        <w:rPr>
          <w:rFonts w:ascii="Calibri" w:hAnsi="Calibri" w:eastAsia="Calibri" w:cs="Calibri"/>
          <w:sz w:val="8"/>
        </w:rPr>
      </w:r>
    </w:p>
    <w:p>
      <w:pPr>
        <w:keepNext/>
        <w:keepLines w:val="0"/>
        <w:spacing w:before="260" w:after="80"/>
      </w:pPr>
      <w:r>
        <w:rPr>
          <w:rFonts w:ascii="Calibri" w:hAnsi="Calibri" w:eastAsia="Calibri" w:cs="Calibri"/>
          <w:b/>
          <w:color w:val="1F3864"/>
          <w:spacing w:val="44"/>
          <w:sz w:val="19"/>
        </w:rPr>
        <w:t>PROFESSIONAL EXPERIENCE</w:t>
      </w:r>
    </w:p>
    <w:p>
      <w:pPr>
        <w:keepNext/>
        <w:keepLines w:val="0"/>
        <w:tabs>
          <w:tab w:pos="9504" w:val="right"/>
        </w:tabs>
        <w:spacing w:before="20" w:after="0"/>
      </w:pPr>
      <w:r>
        <w:rPr>
          <w:rFonts w:ascii="Calibri" w:hAnsi="Calibri" w:eastAsia="Calibri" w:cs="Calibri"/>
          <w:b/>
          <w:color w:val="1F3864"/>
          <w:sz w:val="22"/>
        </w:rPr>
        <w:t>[Current Job Title]</w:t>
      </w:r>
      <w:r>
        <w:rPr>
          <w:rFonts w:ascii="Calibri" w:hAnsi="Calibri" w:eastAsia="Calibri" w:cs="Calibri"/>
          <w:sz w:val="21"/>
        </w:rPr>
        <w:tab/>
      </w:r>
      <w:r>
        <w:rPr>
          <w:rFonts w:ascii="Calibri" w:hAnsi="Calibri" w:eastAsia="Calibri" w:cs="Calibri"/>
          <w:b/>
          <w:color w:val="595959"/>
          <w:sz w:val="20"/>
        </w:rPr>
        <w:t>[Mar 20XX – Present]</w:t>
      </w:r>
    </w:p>
    <w:p>
      <w:pPr>
        <w:keepNext/>
        <w:keepLines w:val="0"/>
        <w:spacing w:before="0" w:after="20"/>
      </w:pPr>
      <w:r>
        <w:rPr>
          <w:rFonts w:ascii="Calibri" w:hAnsi="Calibri" w:eastAsia="Calibri" w:cs="Calibri"/>
          <w:i/>
          <w:sz w:val="21"/>
        </w:rPr>
        <w:t>[Company Name]   ·   [City, State]</w:t>
      </w:r>
    </w:p>
    <w:p>
      <w:pPr>
        <w:keepNext/>
        <w:keepLines w:val="0"/>
        <w:spacing w:before="0" w:after="40"/>
      </w:pPr>
      <w:r>
        <w:rPr>
          <w:rFonts w:ascii="Calibri" w:hAnsi="Calibri" w:eastAsia="Calibri" w:cs="Calibri"/>
          <w:i/>
          <w:color w:val="595959"/>
          <w:sz w:val="20"/>
        </w:rPr>
        <w:t>[One line of context: company size, revenue, your remit, team size.]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Calibri" w:hAnsi="Calibri" w:eastAsia="Calibri" w:cs="Calibri"/>
          <w:b/>
          <w:color w:val="1F3864"/>
          <w:sz w:val="21"/>
        </w:rPr>
        <w:t>–</w:t>
        <w:tab/>
      </w:r>
      <w:r>
        <w:rPr>
          <w:rFonts w:ascii="Calibri" w:hAnsi="Calibri" w:eastAsia="Calibri" w:cs="Calibri"/>
          <w:sz w:val="21"/>
        </w:rPr>
        <w:t>[Led / Built / Owned] [initiative], delivering [quantified business result] within [timeframe].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Calibri" w:hAnsi="Calibri" w:eastAsia="Calibri" w:cs="Calibri"/>
          <w:b/>
          <w:color w:val="1F3864"/>
          <w:sz w:val="21"/>
        </w:rPr>
        <w:t>–</w:t>
        <w:tab/>
      </w:r>
      <w:r>
        <w:rPr>
          <w:rFonts w:ascii="Calibri" w:hAnsi="Calibri" w:eastAsia="Calibri" w:cs="Calibri"/>
          <w:sz w:val="21"/>
        </w:rPr>
        <w:t>Managed a team of [X] across [functions]; [retention / promotion / capability outcome].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Calibri" w:hAnsi="Calibri" w:eastAsia="Calibri" w:cs="Calibri"/>
          <w:b/>
          <w:color w:val="1F3864"/>
          <w:sz w:val="21"/>
        </w:rPr>
        <w:t>–</w:t>
        <w:tab/>
      </w:r>
      <w:r>
        <w:rPr>
          <w:rFonts w:ascii="Calibri" w:hAnsi="Calibri" w:eastAsia="Calibri" w:cs="Calibri"/>
          <w:sz w:val="21"/>
        </w:rPr>
        <w:t>Reduced [cost / cycle time / defects] by [X]% by [specific action you took].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Calibri" w:hAnsi="Calibri" w:eastAsia="Calibri" w:cs="Calibri"/>
          <w:b/>
          <w:color w:val="1F3864"/>
          <w:sz w:val="21"/>
        </w:rPr>
        <w:t>–</w:t>
        <w:tab/>
      </w:r>
      <w:r>
        <w:rPr>
          <w:rFonts w:ascii="Calibri" w:hAnsi="Calibri" w:eastAsia="Calibri" w:cs="Calibri"/>
          <w:sz w:val="21"/>
        </w:rPr>
        <w:t>Partnered with [Finance / Product / Sales] to [outcome worth $[X]].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Calibri" w:hAnsi="Calibri" w:eastAsia="Calibri" w:cs="Calibri"/>
          <w:b/>
          <w:color w:val="1F3864"/>
          <w:sz w:val="21"/>
        </w:rPr>
        <w:t>–</w:t>
        <w:tab/>
      </w:r>
      <w:r>
        <w:rPr>
          <w:rFonts w:ascii="Calibri" w:hAnsi="Calibri" w:eastAsia="Calibri" w:cs="Calibri"/>
          <w:sz w:val="21"/>
        </w:rPr>
        <w:t>[Award, promotion, or scope expansion that resulted].</w:t>
      </w:r>
    </w:p>
    <w:p>
      <w:pPr>
        <w:keepNext/>
        <w:keepLines w:val="0"/>
        <w:tabs>
          <w:tab w:pos="9504" w:val="right"/>
        </w:tabs>
        <w:spacing w:before="80" w:after="0"/>
      </w:pPr>
      <w:r>
        <w:rPr>
          <w:rFonts w:ascii="Calibri" w:hAnsi="Calibri" w:eastAsia="Calibri" w:cs="Calibri"/>
          <w:b/>
          <w:color w:val="1F3864"/>
          <w:sz w:val="22"/>
        </w:rPr>
        <w:t>[Previous Job Title]</w:t>
      </w:r>
      <w:r>
        <w:rPr>
          <w:rFonts w:ascii="Calibri" w:hAnsi="Calibri" w:eastAsia="Calibri" w:cs="Calibri"/>
          <w:sz w:val="21"/>
        </w:rPr>
        <w:tab/>
      </w:r>
      <w:r>
        <w:rPr>
          <w:rFonts w:ascii="Calibri" w:hAnsi="Calibri" w:eastAsia="Calibri" w:cs="Calibri"/>
          <w:b/>
          <w:color w:val="595959"/>
          <w:sz w:val="20"/>
        </w:rPr>
        <w:t>[Jan 20XX – Mar 20XX]</w:t>
      </w:r>
    </w:p>
    <w:p>
      <w:pPr>
        <w:keepNext/>
        <w:keepLines w:val="0"/>
        <w:spacing w:before="0" w:after="20"/>
      </w:pPr>
      <w:r>
        <w:rPr>
          <w:rFonts w:ascii="Calibri" w:hAnsi="Calibri" w:eastAsia="Calibri" w:cs="Calibri"/>
          <w:i/>
          <w:sz w:val="21"/>
        </w:rPr>
        <w:t>[Company Name]   ·   [City, State]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Calibri" w:hAnsi="Calibri" w:eastAsia="Calibri" w:cs="Calibri"/>
          <w:b/>
          <w:color w:val="1F3864"/>
          <w:sz w:val="21"/>
        </w:rPr>
        <w:t>–</w:t>
        <w:tab/>
      </w:r>
      <w:r>
        <w:rPr>
          <w:rFonts w:ascii="Calibri" w:hAnsi="Calibri" w:eastAsia="Calibri" w:cs="Calibri"/>
          <w:sz w:val="21"/>
        </w:rPr>
        <w:t>[Achievement with a number — revenue, users, savings, or speed].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Calibri" w:hAnsi="Calibri" w:eastAsia="Calibri" w:cs="Calibri"/>
          <w:b/>
          <w:color w:val="1F3864"/>
          <w:sz w:val="21"/>
        </w:rPr>
        <w:t>–</w:t>
        <w:tab/>
      </w:r>
      <w:r>
        <w:rPr>
          <w:rFonts w:ascii="Calibri" w:hAnsi="Calibri" w:eastAsia="Calibri" w:cs="Calibri"/>
          <w:sz w:val="21"/>
        </w:rPr>
        <w:t>[Scope: systems, regions, or accounts you were responsible for].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Calibri" w:hAnsi="Calibri" w:eastAsia="Calibri" w:cs="Calibri"/>
          <w:b/>
          <w:color w:val="1F3864"/>
          <w:sz w:val="21"/>
        </w:rPr>
        <w:t>–</w:t>
        <w:tab/>
      </w:r>
      <w:r>
        <w:rPr>
          <w:rFonts w:ascii="Calibri" w:hAnsi="Calibri" w:eastAsia="Calibri" w:cs="Calibri"/>
          <w:sz w:val="21"/>
        </w:rPr>
        <w:t>[Cross-functional project you drove and its measurable effect].</w:t>
      </w:r>
    </w:p>
    <w:p>
      <w:pPr>
        <w:keepNext/>
        <w:keepLines w:val="0"/>
        <w:tabs>
          <w:tab w:pos="9504" w:val="right"/>
        </w:tabs>
        <w:spacing w:before="80" w:after="0"/>
      </w:pPr>
      <w:r>
        <w:rPr>
          <w:rFonts w:ascii="Calibri" w:hAnsi="Calibri" w:eastAsia="Calibri" w:cs="Calibri"/>
          <w:b/>
          <w:color w:val="1F3864"/>
          <w:sz w:val="22"/>
        </w:rPr>
        <w:t>[Earlier Job Title]</w:t>
      </w:r>
      <w:r>
        <w:rPr>
          <w:rFonts w:ascii="Calibri" w:hAnsi="Calibri" w:eastAsia="Calibri" w:cs="Calibri"/>
          <w:sz w:val="21"/>
        </w:rPr>
        <w:tab/>
      </w:r>
      <w:r>
        <w:rPr>
          <w:rFonts w:ascii="Calibri" w:hAnsi="Calibri" w:eastAsia="Calibri" w:cs="Calibri"/>
          <w:b/>
          <w:color w:val="595959"/>
          <w:sz w:val="20"/>
        </w:rPr>
        <w:t>[Jun 20XX – Jan 20XX]</w:t>
      </w:r>
    </w:p>
    <w:p>
      <w:pPr>
        <w:keepNext/>
        <w:keepLines w:val="0"/>
        <w:spacing w:before="0" w:after="20"/>
      </w:pPr>
      <w:r>
        <w:rPr>
          <w:rFonts w:ascii="Calibri" w:hAnsi="Calibri" w:eastAsia="Calibri" w:cs="Calibri"/>
          <w:i/>
          <w:sz w:val="21"/>
        </w:rPr>
        <w:t>[Company Name]   ·   [City, State]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Calibri" w:hAnsi="Calibri" w:eastAsia="Calibri" w:cs="Calibri"/>
          <w:b/>
          <w:color w:val="1F3864"/>
          <w:sz w:val="21"/>
        </w:rPr>
        <w:t>–</w:t>
        <w:tab/>
      </w:r>
      <w:r>
        <w:rPr>
          <w:rFonts w:ascii="Calibri" w:hAnsi="Calibri" w:eastAsia="Calibri" w:cs="Calibri"/>
          <w:sz w:val="21"/>
        </w:rPr>
        <w:t>[Foundational achievement — keep to two lines for roles older than 8 years].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Calibri" w:hAnsi="Calibri" w:eastAsia="Calibri" w:cs="Calibri"/>
          <w:b/>
          <w:color w:val="1F3864"/>
          <w:sz w:val="21"/>
        </w:rPr>
        <w:t>–</w:t>
        <w:tab/>
      </w:r>
      <w:r>
        <w:rPr>
          <w:rFonts w:ascii="Calibri" w:hAnsi="Calibri" w:eastAsia="Calibri" w:cs="Calibri"/>
          <w:sz w:val="21"/>
        </w:rPr>
        <w:t>[Promotion path: e.g. promoted from [Role A] to [Role B] in [X] months].</w:t>
      </w:r>
    </w:p>
    <w:p>
      <w:pPr>
        <w:keepNext/>
        <w:keepLines w:val="0"/>
        <w:spacing w:before="260" w:after="80"/>
      </w:pPr>
      <w:r>
        <w:rPr>
          <w:rFonts w:ascii="Calibri" w:hAnsi="Calibri" w:eastAsia="Calibri" w:cs="Calibri"/>
          <w:b/>
          <w:color w:val="1F3864"/>
          <w:spacing w:val="44"/>
          <w:sz w:val="19"/>
        </w:rPr>
        <w:t>EDUCATION</w:t>
      </w:r>
    </w:p>
    <w:p>
      <w:pPr>
        <w:keepNext/>
        <w:keepLines w:val="0"/>
        <w:tabs>
          <w:tab w:pos="9504" w:val="right"/>
        </w:tabs>
        <w:spacing w:before="20" w:after="0"/>
      </w:pPr>
      <w:r>
        <w:rPr>
          <w:rFonts w:ascii="Calibri" w:hAnsi="Calibri" w:eastAsia="Calibri" w:cs="Calibri"/>
          <w:b/>
          <w:sz w:val="21"/>
        </w:rPr>
        <w:t>[Master of Business Administration], [Concentration]</w:t>
      </w:r>
      <w:r>
        <w:rPr>
          <w:rFonts w:ascii="Calibri" w:hAnsi="Calibri" w:eastAsia="Calibri" w:cs="Calibri"/>
          <w:sz w:val="21"/>
        </w:rPr>
        <w:tab/>
      </w:r>
      <w:r>
        <w:rPr>
          <w:rFonts w:ascii="Calibri" w:hAnsi="Calibri" w:eastAsia="Calibri" w:cs="Calibri"/>
          <w:b/>
          <w:color w:val="595959"/>
          <w:sz w:val="20"/>
        </w:rPr>
        <w:t>[20XX]</w:t>
      </w:r>
    </w:p>
    <w:p>
      <w:pPr>
        <w:keepNext w:val="0"/>
        <w:keepLines w:val="0"/>
        <w:spacing w:before="0" w:after="20"/>
      </w:pPr>
      <w:r>
        <w:rPr>
          <w:rFonts w:ascii="Calibri" w:hAnsi="Calibri" w:eastAsia="Calibri" w:cs="Calibri"/>
          <w:i/>
          <w:sz w:val="21"/>
        </w:rPr>
        <w:t>[University Name]  —  [City, State]</w:t>
      </w:r>
    </w:p>
    <w:p>
      <w:pPr>
        <w:keepNext/>
        <w:keepLines w:val="0"/>
        <w:tabs>
          <w:tab w:pos="9504" w:val="right"/>
        </w:tabs>
        <w:spacing w:before="60" w:after="0"/>
      </w:pPr>
      <w:r>
        <w:rPr>
          <w:rFonts w:ascii="Calibri" w:hAnsi="Calibri" w:eastAsia="Calibri" w:cs="Calibri"/>
          <w:b/>
          <w:sz w:val="21"/>
        </w:rPr>
        <w:t>[Bachelor of [Field]], [Major]</w:t>
      </w:r>
      <w:r>
        <w:rPr>
          <w:rFonts w:ascii="Calibri" w:hAnsi="Calibri" w:eastAsia="Calibri" w:cs="Calibri"/>
          <w:sz w:val="21"/>
        </w:rPr>
        <w:tab/>
      </w:r>
      <w:r>
        <w:rPr>
          <w:rFonts w:ascii="Calibri" w:hAnsi="Calibri" w:eastAsia="Calibri" w:cs="Calibri"/>
          <w:b/>
          <w:color w:val="595959"/>
          <w:sz w:val="20"/>
        </w:rPr>
        <w:t>[20XX]</w:t>
      </w:r>
    </w:p>
    <w:p>
      <w:pPr>
        <w:keepNext w:val="0"/>
        <w:keepLines w:val="0"/>
        <w:spacing w:before="0" w:after="20"/>
      </w:pPr>
      <w:r>
        <w:rPr>
          <w:rFonts w:ascii="Calibri" w:hAnsi="Calibri" w:eastAsia="Calibri" w:cs="Calibri"/>
          <w:i/>
          <w:sz w:val="21"/>
        </w:rPr>
        <w:t>[University Name]  —  [City, State]</w:t>
      </w:r>
    </w:p>
    <w:p>
      <w:pPr>
        <w:keepNext/>
        <w:keepLines w:val="0"/>
        <w:spacing w:before="260" w:after="80"/>
      </w:pPr>
      <w:r>
        <w:rPr>
          <w:rFonts w:ascii="Calibri" w:hAnsi="Calibri" w:eastAsia="Calibri" w:cs="Calibri"/>
          <w:b/>
          <w:color w:val="1F3864"/>
          <w:spacing w:val="44"/>
          <w:sz w:val="19"/>
        </w:rPr>
        <w:t>CERTIFICATIONS &amp; TOOLS</w:t>
      </w:r>
    </w:p>
    <w:p>
      <w:pPr>
        <w:keepNext w:val="0"/>
        <w:keepLines w:val="0"/>
        <w:spacing w:before="0" w:after="40"/>
        <w:ind w:left="29"/>
      </w:pPr>
      <w:r>
        <w:rPr>
          <w:rFonts w:ascii="Calibri" w:hAnsi="Calibri" w:eastAsia="Calibri" w:cs="Calibri"/>
          <w:b/>
          <w:color w:val="1F3864"/>
          <w:sz w:val="21"/>
        </w:rPr>
        <w:t xml:space="preserve">Certifications   </w:t>
      </w:r>
      <w:r>
        <w:rPr>
          <w:rFonts w:ascii="Calibri" w:hAnsi="Calibri" w:eastAsia="Calibri" w:cs="Calibri"/>
          <w:sz w:val="21"/>
        </w:rPr>
        <w:t>[PMP / CPA / CSM / Google Analytics], [Issuer], [20XX]</w:t>
      </w:r>
    </w:p>
    <w:p>
      <w:pPr>
        <w:keepNext w:val="0"/>
        <w:keepLines w:val="0"/>
        <w:spacing w:before="0" w:after="40"/>
        <w:ind w:left="29"/>
      </w:pPr>
      <w:r>
        <w:rPr>
          <w:rFonts w:ascii="Calibri" w:hAnsi="Calibri" w:eastAsia="Calibri" w:cs="Calibri"/>
          <w:b/>
          <w:color w:val="1F3864"/>
          <w:sz w:val="21"/>
        </w:rPr>
        <w:t xml:space="preserve">Platforms   </w:t>
      </w:r>
      <w:r>
        <w:rPr>
          <w:rFonts w:ascii="Calibri" w:hAnsi="Calibri" w:eastAsia="Calibri" w:cs="Calibri"/>
          <w:sz w:val="21"/>
        </w:rPr>
        <w:t>[Salesforce], [SAP], [Jira], [Tableau], [Snowflake]</w:t>
      </w:r>
    </w:p>
    <w:p>
      <w:pPr>
        <w:keepNext w:val="0"/>
        <w:keepLines w:val="0"/>
        <w:spacing w:before="0" w:after="40"/>
        <w:ind w:left="29"/>
      </w:pPr>
      <w:r>
        <w:rPr>
          <w:rFonts w:ascii="Calibri" w:hAnsi="Calibri" w:eastAsia="Calibri" w:cs="Calibri"/>
          <w:b/>
          <w:color w:val="1F3864"/>
          <w:sz w:val="21"/>
        </w:rPr>
        <w:t xml:space="preserve">Methods   </w:t>
      </w:r>
      <w:r>
        <w:rPr>
          <w:rFonts w:ascii="Calibri" w:hAnsi="Calibri" w:eastAsia="Calibri" w:cs="Calibri"/>
          <w:sz w:val="21"/>
        </w:rPr>
        <w:t>[Agile / Scrum], [Lean Six Sigma], [OKRs]</w:t>
      </w:r>
    </w:p>
    <w:sectPr w:rsidR="00FC693F" w:rsidRPr="0006063C" w:rsidSect="00034616">
      <w:footerReference w:type="default" r:id="rId9"/>
      <w:pgSz w:w="12240" w:h="15840"/>
      <w:pgMar w:top="1152" w:right="1368" w:bottom="1152" w:left="13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 w:cs="Calibri"/>
        <w:smallCaps/>
        <w:color w:val="595959"/>
        <w:sz w:val="17"/>
      </w:rPr>
      <w:t xml:space="preserve">[FIRST LAST]  ·  </w:t>
    </w:r>
    <w:r>
      <w:rPr>
        <w:rFonts w:ascii="Calibri" w:hAnsi="Calibri" w:eastAsia="Calibri" w:cs="Calibri"/>
        <w:color w:val="595959"/>
        <w:sz w:val="17"/>
      </w:rPr>
      <w:t xml:space="preserve">Page </w:t>
    </w:r>
    <w:r>
      <w:rPr>
        <w:rFonts w:ascii="Calibri" w:hAnsi="Calibri" w:eastAsia="Calibri" w:cs="Calibri"/>
        <w:color w:val="595959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4" w:lineRule="auto"/>
    </w:pPr>
    <w:rPr>
      <w:rFonts w:ascii="Calibri" w:hAnsi="Calibri" w:eastAsia="Calibri" w:cs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Template — Mid Career — Modern Minimal</dc:title>
  <dc:subject/>
  <dc:creator>[Your Name]</dc:creator>
  <cp:keywords/>
  <dc:description>Editable resume template. Replace every [bracketed] placeholder. Body font: Calibri; headings: Calibri.</dc:description>
  <cp:lastModifiedBy/>
  <cp:revision>1</cp:revision>
  <dcterms:created xsi:type="dcterms:W3CDTF">2013-12-23T23:15:00Z</dcterms:created>
  <dcterms:modified xsi:type="dcterms:W3CDTF">2013-12-23T23:15:00Z</dcterms:modified>
  <cp:category>Resume Template</cp:category>
</cp:coreProperties>
</file>