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20"/>
      </w:pPr>
      <w:r>
        <w:rPr>
          <w:rFonts w:ascii="Cambria" w:hAnsi="Cambria" w:eastAsia="Cambria" w:cs="Cambria"/>
          <w:b/>
          <w:color w:val="6E2639"/>
          <w:spacing w:val="12"/>
          <w:sz w:val="48"/>
        </w:rPr>
        <w:t>[FIRST LAST], [MBA]</w:t>
      </w:r>
    </w:p>
    <w:p>
      <w:pPr>
        <w:keepNext w:val="0"/>
        <w:keepLines w:val="0"/>
        <w:pBdr>
          <w:bottom w:val="single" w:sz="12" w:space="5" w:color="6E2639"/>
        </w:pBdr>
        <w:spacing w:before="0" w:after="80"/>
      </w:pPr>
      <w:r>
        <w:rPr>
          <w:rFonts w:ascii="Calibri" w:hAnsi="Calibri" w:eastAsia="Calibri" w:cs="Calibri"/>
          <w:color w:val="595959"/>
          <w:spacing w:val="24"/>
          <w:sz w:val="19"/>
        </w:rPr>
        <w:t>[CHIEF OPERATING OFFICER]  ·  [INDUSTRY]  ·  [GROWTH / TURNAROUND / SCALE]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12"/>
        <w:gridCol w:w="5112"/>
      </w:tblGrid>
      <w:tr>
        <w:tc>
          <w:tcPr>
            <w:tcW w:type="dxa" w:w="3240"/>
            <w:tcBorders>
              <w:right w:val="single" w:sz="4" w:space="0" w:color="6E2639"/>
            </w:tcBorders>
            <w:shd w:val="clear" w:color="auto" w:fill="F1F3F5"/>
            <w:tcMar>
              <w:top w:w="72" w:type="dxa"/>
              <w:left w:w="144" w:type="dxa"/>
              <w:bottom w:w="172" w:type="dxa"/>
              <w:right w:w="230" w:type="dxa"/>
            </w:tcMar>
          </w:tcPr>
          <w:p>
            <w:pPr>
              <w:keepNext/>
              <w:keepLines w:val="0"/>
              <w:pBdr>
                <w:bottom w:val="single" w:sz="4" w:space="2" w:color="BFBFBF"/>
              </w:pBdr>
              <w:spacing w:before="60" w:after="60"/>
            </w:pPr>
            <w:r>
              <w:rPr>
                <w:rFonts w:ascii="Cambria" w:hAnsi="Cambria" w:eastAsia="Cambria" w:cs="Cambria"/>
                <w:b/>
                <w:color w:val="6E2639"/>
                <w:spacing w:val="20"/>
                <w:sz w:val="20"/>
              </w:rPr>
              <w:t>CONTACT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7"/>
              </w:rPr>
              <w:t>[City, State · open to relocation]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7"/>
              </w:rPr>
              <w:t>[(555) 555-5555]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7"/>
              </w:rPr>
              <w:t>[you@email.com]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7"/>
              </w:rPr>
              <w:t>linkedin.com/in/[handle]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60" w:after="60"/>
            </w:pPr>
            <w:r>
              <w:rPr>
                <w:rFonts w:ascii="Cambria" w:hAnsi="Cambria" w:eastAsia="Cambria" w:cs="Cambria"/>
                <w:b/>
                <w:color w:val="6E2639"/>
                <w:spacing w:val="20"/>
                <w:sz w:val="20"/>
              </w:rPr>
              <w:t>LEADERSHIP SCOPE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6E2639"/>
                <w:sz w:val="17"/>
              </w:rPr>
              <w:t>P&amp;L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7"/>
              </w:rPr>
              <w:t>[$X]B revenue  ·  [$X]M EBITDA  ·  [$X]M capital plan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6E2639"/>
                <w:sz w:val="17"/>
              </w:rPr>
              <w:t>Organisation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7"/>
              </w:rPr>
              <w:t>[X] employees  ·  [X] direct reports  ·  [X] countries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6E2639"/>
                <w:sz w:val="17"/>
              </w:rPr>
              <w:t>Functions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7"/>
              </w:rPr>
              <w:t>[Operations], [Finance], [Technology], [Commercial], [People]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6E2639"/>
                <w:sz w:val="17"/>
              </w:rPr>
              <w:t>Transactions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7"/>
              </w:rPr>
              <w:t>[X] acquisitions  ·  [$X]M raised  ·  [exit / IPO outcome]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60" w:after="60"/>
            </w:pPr>
            <w:r>
              <w:rPr>
                <w:rFonts w:ascii="Cambria" w:hAnsi="Cambria" w:eastAsia="Cambria" w:cs="Cambria"/>
                <w:b/>
                <w:color w:val="6E2639"/>
                <w:spacing w:val="20"/>
                <w:sz w:val="20"/>
              </w:rPr>
              <w:t>EDUCATION &amp; EXECUTIVE DEVELOPMENT</w:t>
            </w:r>
          </w:p>
          <w:p>
            <w:pPr>
              <w:keepNext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sz w:val="17"/>
              </w:rPr>
              <w:t>[MBA]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color w:val="595959"/>
                <w:sz w:val="16"/>
              </w:rPr>
              <w:t>[Business School]   ·   [20XX]</w:t>
            </w:r>
          </w:p>
          <w:p>
            <w:pPr>
              <w:keepNext/>
              <w:keepLines w:val="0"/>
              <w:spacing w:before="60" w:after="0"/>
            </w:pPr>
            <w:r>
              <w:rPr>
                <w:rFonts w:ascii="Cambria" w:hAnsi="Cambria" w:eastAsia="Cambria" w:cs="Cambria"/>
                <w:b/>
                <w:sz w:val="17"/>
              </w:rPr>
              <w:t>[Bachelor of [Field]]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color w:val="595959"/>
                <w:sz w:val="16"/>
              </w:rPr>
              <w:t>[University Name]   ·   [19XX]</w:t>
            </w:r>
          </w:p>
          <w:p>
            <w:pPr>
              <w:keepNext/>
              <w:keepLines w:val="0"/>
              <w:spacing w:before="60" w:after="0"/>
            </w:pPr>
            <w:r>
              <w:rPr>
                <w:rFonts w:ascii="Cambria" w:hAnsi="Cambria" w:eastAsia="Cambria" w:cs="Cambria"/>
                <w:b/>
                <w:sz w:val="17"/>
              </w:rPr>
              <w:t>[Advanced Management / Board Director Program]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color w:val="595959"/>
                <w:sz w:val="16"/>
              </w:rPr>
              <w:t>[Institution]   ·   [20XX]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60" w:after="60"/>
            </w:pPr>
            <w:r>
              <w:rPr>
                <w:rFonts w:ascii="Cambria" w:hAnsi="Cambria" w:eastAsia="Cambria" w:cs="Cambria"/>
                <w:b/>
                <w:color w:val="6E2639"/>
                <w:spacing w:val="20"/>
                <w:sz w:val="20"/>
              </w:rPr>
              <w:t>GOVERNANCE, AWARDS &amp; AFFILIATIONS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[Award Name], [Awarding Body], [20XX].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[Fellow / Member], [Institute or Association]  ·  [Chartered designation].</w:t>
            </w:r>
          </w:p>
        </w:tc>
        <w:tc>
          <w:tcPr>
            <w:tcW w:type="dxa" w:w="6984"/>
            <w:tcMar>
              <w:top w:w="72" w:type="dxa"/>
              <w:left w:w="259" w:type="dxa"/>
              <w:bottom w:w="172" w:type="dxa"/>
              <w:right w:w="0" w:type="dxa"/>
            </w:tcMar>
          </w:tcPr>
          <w:p>
            <w:pPr>
              <w:keepNext/>
              <w:keepLines w:val="0"/>
              <w:pBdr>
                <w:bottom w:val="single" w:sz="4" w:space="2" w:color="BFBFBF"/>
              </w:pBdr>
              <w:spacing w:before="60" w:after="60"/>
            </w:pPr>
            <w:r>
              <w:rPr>
                <w:rFonts w:ascii="Cambria" w:hAnsi="Cambria" w:eastAsia="Cambria" w:cs="Cambria"/>
                <w:b/>
                <w:color w:val="6E2639"/>
                <w:spacing w:val="20"/>
                <w:sz w:val="20"/>
              </w:rPr>
              <w:t>EXECUTIVE PROFILE</w:t>
            </w:r>
          </w:p>
          <w:p>
            <w:pPr>
              <w:keepNext w:val="0"/>
              <w:keepLines w:val="0"/>
              <w:spacing w:before="0" w:after="60"/>
              <w:jc w:val="both"/>
            </w:pPr>
            <w:r>
              <w:rPr>
                <w:rFonts w:ascii="Calibri" w:hAnsi="Calibri" w:eastAsia="Calibri" w:cs="Calibri"/>
                <w:sz w:val="18"/>
              </w:rPr>
              <w:t>[C-level title] who [core value proposition in one clause — e.g. scales operating platforms through hyper-growth and post-merger integration]. [X] years of P&amp;L leadership across [$X]M–[$X]B businesses in [industries]. Appointed by [board / CEO / PE sponsor] to [mandate], delivering [flagship outcome with number] and [second outcome with number]. Operating philosophy: [one short line].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40" w:after="60"/>
            </w:pPr>
            <w:r>
              <w:rPr>
                <w:rFonts w:ascii="Cambria" w:hAnsi="Cambria" w:eastAsia="Cambria" w:cs="Cambria"/>
                <w:b/>
                <w:color w:val="6E2639"/>
                <w:spacing w:val="20"/>
                <w:sz w:val="20"/>
              </w:rPr>
              <w:t>VALUE CREATION HIGHLIGHTS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Took [business] from [$X]M to [$X]B revenue in [X] years while expanding EBITDA margin from [X]% to [Y]%.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Led [transaction: IPO / sale / carve-out] at a [$X]B valuation, [multiple]x return to shareholders.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Restructured [X] operating units, releasing [$X]M in annual run-rate cost and reinvesting [$X]M into [growth area].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Rebuilt the executive bench: [X] of [X] leadership seats filled internally, [attrition / engagement outcome].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40" w:after="60"/>
            </w:pPr>
            <w:r>
              <w:rPr>
                <w:rFonts w:ascii="Cambria" w:hAnsi="Cambria" w:eastAsia="Cambria" w:cs="Cambria"/>
                <w:b/>
                <w:color w:val="6E2639"/>
                <w:spacing w:val="20"/>
                <w:sz w:val="20"/>
              </w:rPr>
              <w:t>EXECUTIVE EXPERIENCE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20" w:after="0"/>
            </w:pPr>
            <w:r>
              <w:rPr>
                <w:rFonts w:ascii="Cambria" w:hAnsi="Cambria" w:eastAsia="Cambria" w:cs="Cambria"/>
                <w:b/>
                <w:color w:val="6E2639"/>
                <w:sz w:val="19"/>
              </w:rPr>
              <w:t>[Chief Operating Officer]</w:t>
            </w:r>
            <w:r>
              <w:rPr>
                <w:rFonts w:ascii="Calibri" w:hAnsi="Calibri" w:eastAsia="Calibri" w:cs="Calibri"/>
                <w:sz w:val="18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7"/>
              </w:rPr>
              <w:t>[20XX – Present]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18"/>
              </w:rPr>
              <w:t>[Company Name]   ·   [City, Country]</w:t>
            </w:r>
          </w:p>
          <w:p>
            <w:pPr>
              <w:keepNext/>
              <w:keepLines w:val="0"/>
              <w:spacing w:before="0" w:after="40"/>
            </w:pPr>
            <w:r>
              <w:rPr>
                <w:rFonts w:ascii="Calibri" w:hAnsi="Calibri" w:eastAsia="Calibri" w:cs="Calibri"/>
                <w:i/>
                <w:color w:val="595959"/>
                <w:sz w:val="17"/>
              </w:rPr>
              <w:t>[$X]B [sector] group · [PE-backed / NYSE: TICKER] · Mandate: [why you were brought in].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[Board-level outcome]: [number, timeframe, and what it changed].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[Operating result]: [metric] improved from [X] to [Y] across [scope].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[Commercial result]: [$X]M new revenue via [channel / market / partnership].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[Capability built]: [function, system, or governance structure now in place].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80" w:after="0"/>
            </w:pPr>
            <w:r>
              <w:rPr>
                <w:rFonts w:ascii="Cambria" w:hAnsi="Cambria" w:eastAsia="Cambria" w:cs="Cambria"/>
                <w:b/>
                <w:color w:val="6E2639"/>
                <w:sz w:val="19"/>
              </w:rPr>
              <w:t>[Chief [Function] Officer / SVP]</w:t>
            </w:r>
            <w:r>
              <w:rPr>
                <w:rFonts w:ascii="Calibri" w:hAnsi="Calibri" w:eastAsia="Calibri" w:cs="Calibri"/>
                <w:sz w:val="18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7"/>
              </w:rPr>
              <w:t>[20XX – 20XX]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18"/>
              </w:rPr>
              <w:t>[Company Name]   ·   [City, Country]</w:t>
            </w:r>
          </w:p>
          <w:p>
            <w:pPr>
              <w:keepNext/>
              <w:keepLines w:val="0"/>
              <w:spacing w:before="0" w:after="40"/>
            </w:pPr>
            <w:r>
              <w:rPr>
                <w:rFonts w:ascii="Calibri" w:hAnsi="Calibri" w:eastAsia="Calibri" w:cs="Calibri"/>
                <w:i/>
                <w:color w:val="595959"/>
                <w:sz w:val="17"/>
              </w:rPr>
              <w:t>[Company context in one line · revenue · ownership].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[Flagship result with number].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[Second result with number and the lever you pulled].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[Team / culture outcome].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80" w:after="0"/>
            </w:pPr>
            <w:r>
              <w:rPr>
                <w:rFonts w:ascii="Cambria" w:hAnsi="Cambria" w:eastAsia="Cambria" w:cs="Cambria"/>
                <w:b/>
                <w:color w:val="6E2639"/>
                <w:sz w:val="19"/>
              </w:rPr>
              <w:t>Earlier Executive Roles</w:t>
            </w:r>
            <w:r>
              <w:rPr>
                <w:rFonts w:ascii="Calibri" w:hAnsi="Calibri" w:eastAsia="Calibri" w:cs="Calibri"/>
                <w:sz w:val="18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7"/>
              </w:rPr>
              <w:t>[19XX – 20XX]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18"/>
              </w:rPr>
              <w:t>[Company A]  ·  [Company B]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[Title], [Company] — [one-line scope and headline result].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[Title], [Company] — [one-line scope and headline result].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40" w:after="60"/>
            </w:pPr>
            <w:r>
              <w:rPr>
                <w:rFonts w:ascii="Cambria" w:hAnsi="Cambria" w:eastAsia="Cambria" w:cs="Cambria"/>
                <w:b/>
                <w:color w:val="6E2639"/>
                <w:spacing w:val="20"/>
                <w:sz w:val="20"/>
              </w:rPr>
              <w:t>BOARD &amp; ADVISORY APPOINTMENTS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[Non-Executive Director], [Company / Institution], [20XX – Present] — [committee: Audit / Remuneration].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6E2639"/>
                <w:sz w:val="18"/>
              </w:rPr>
              <w:t>•</w:t>
              <w:tab/>
            </w:r>
            <w:r>
              <w:rPr>
                <w:rFonts w:ascii="Calibri" w:hAnsi="Calibri" w:eastAsia="Calibri" w:cs="Calibri"/>
                <w:sz w:val="18"/>
              </w:rPr>
              <w:t>[Advisory Board Member], [Company / Fund], [20XX – Present] — [focus area].</w:t>
            </w:r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38" w:lineRule="auto"/>
    </w:pPr>
    <w:rPr>
      <w:rFonts w:ascii="Calibri" w:hAnsi="Calibri" w:eastAsia="Calibri" w:cs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Executive Level — Sidebar Professional</dc:title>
  <dc:subject/>
  <dc:creator>[Your Name]</dc:creator>
  <cp:keywords/>
  <dc:description>Editable resume template. Replace every [bracketed] placeholder. Body font: Calibri; headings: Cambria.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