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20"/>
      </w:pPr>
      <w:r>
        <w:rPr>
          <w:rFonts w:ascii="Cambria" w:hAnsi="Cambria" w:eastAsia="Cambria" w:cs="Cambria"/>
          <w:b/>
          <w:color w:val="36495C"/>
          <w:spacing w:val="12"/>
          <w:sz w:val="48"/>
        </w:rPr>
        <w:t>[FIRST LAST]</w:t>
      </w:r>
    </w:p>
    <w:p>
      <w:pPr>
        <w:keepNext w:val="0"/>
        <w:keepLines w:val="0"/>
        <w:pBdr>
          <w:bottom w:val="single" w:sz="12" w:space="5" w:color="36495C"/>
        </w:pBdr>
        <w:spacing w:before="0" w:after="80"/>
      </w:pPr>
      <w:r>
        <w:rPr>
          <w:rFonts w:ascii="Calibri" w:hAnsi="Calibri" w:eastAsia="Calibri" w:cs="Calibri"/>
          <w:color w:val="595959"/>
          <w:spacing w:val="24"/>
          <w:sz w:val="19"/>
        </w:rPr>
        <w:t>[B.S.] [MAJOR] CANDIDATE  ·  CLASS OF [20XX]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12"/>
        <w:gridCol w:w="5112"/>
      </w:tblGrid>
      <w:tr>
        <w:tc>
          <w:tcPr>
            <w:tcW w:type="dxa" w:w="3240"/>
            <w:tcBorders>
              <w:right w:val="single" w:sz="4" w:space="0" w:color="36495C"/>
            </w:tcBorders>
            <w:shd w:val="clear" w:color="auto" w:fill="F1F3F5"/>
            <w:tcMar>
              <w:top w:w="72" w:type="dxa"/>
              <w:left w:w="144" w:type="dxa"/>
              <w:bottom w:w="172" w:type="dxa"/>
              <w:right w:w="230" w:type="dxa"/>
            </w:tcMar>
          </w:tcPr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36495C"/>
                <w:spacing w:val="20"/>
                <w:sz w:val="20"/>
              </w:rPr>
              <w:t>CONTACT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[City, State]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[(555) 555-5555]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[you@email.com]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linkedin.com/in/[handle]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sz w:val="19"/>
              </w:rPr>
              <w:t>[github.com/handle]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36495C"/>
                <w:spacing w:val="20"/>
                <w:sz w:val="20"/>
              </w:rPr>
              <w:t>EDUCATION</w:t>
            </w:r>
          </w:p>
          <w:p>
            <w:pPr>
              <w:keepNext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sz w:val="19"/>
              </w:rPr>
              <w:t>[Bachelor of Science] in [Major]  ·  Minor in [Minor]</w:t>
            </w:r>
          </w:p>
          <w:p>
            <w:pPr>
              <w:keepNext w:val="0"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color w:val="595959"/>
                <w:sz w:val="18"/>
              </w:rPr>
              <w:t>[University Name]  —  [City, State]   ·   Expected [May 20XX]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19"/>
              </w:rPr>
              <w:t>•</w:t>
              <w:tab/>
            </w:r>
            <w:r>
              <w:rPr>
                <w:rFonts w:ascii="Calibri" w:hAnsi="Calibri" w:eastAsia="Calibri" w:cs="Calibri"/>
                <w:sz w:val="19"/>
              </w:rPr>
              <w:t>GPA: [3.8 / 4.0]  ·  [Dean's List, X semesters]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19"/>
              </w:rPr>
              <w:t>•</w:t>
              <w:tab/>
            </w:r>
            <w:r>
              <w:rPr>
                <w:rFonts w:ascii="Calibri" w:hAnsi="Calibri" w:eastAsia="Calibri" w:cs="Calibri"/>
                <w:sz w:val="19"/>
              </w:rPr>
              <w:t>Relevant coursework: [Course], [Course], [Course], [Course]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19"/>
              </w:rPr>
              <w:t>•</w:t>
              <w:tab/>
            </w:r>
            <w:r>
              <w:rPr>
                <w:rFonts w:ascii="Calibri" w:hAnsi="Calibri" w:eastAsia="Calibri" w:cs="Calibri"/>
                <w:sz w:val="19"/>
              </w:rPr>
              <w:t>Honors: [Scholarship / Award Name], [20XX]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36495C"/>
                <w:spacing w:val="20"/>
                <w:sz w:val="20"/>
              </w:rPr>
              <w:t>SKILLS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36495C"/>
                <w:sz w:val="19"/>
              </w:rPr>
              <w:t>Technical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9"/>
              </w:rPr>
              <w:t>[Python], [SQL], [Excel / Sheets], [Figma], [Tool]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36495C"/>
                <w:sz w:val="19"/>
              </w:rPr>
              <w:t>Analytical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9"/>
              </w:rPr>
              <w:t>[Data cleaning], [A/B testing], [Financial modeling]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36495C"/>
                <w:sz w:val="19"/>
              </w:rPr>
              <w:t>Languages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9"/>
              </w:rPr>
              <w:t>[English — native], [Language — professional]</w:t>
            </w:r>
          </w:p>
          <w:p>
            <w:pPr>
              <w:keepNext w:val="0"/>
              <w:keepLines w:val="0"/>
              <w:spacing w:before="0" w:after="0"/>
            </w:pPr>
            <w:r>
              <w:rPr>
                <w:rFonts w:ascii="Cambria" w:hAnsi="Cambria" w:eastAsia="Cambria" w:cs="Cambria"/>
                <w:b/>
                <w:color w:val="36495C"/>
                <w:sz w:val="19"/>
              </w:rPr>
              <w:t>Certifications</w:t>
            </w:r>
          </w:p>
          <w:p>
            <w:pPr>
              <w:keepNext w:val="0"/>
              <w:keepLines w:val="0"/>
              <w:spacing w:before="0" w:after="80"/>
            </w:pPr>
            <w:r>
              <w:rPr>
                <w:rFonts w:ascii="Calibri" w:hAnsi="Calibri" w:eastAsia="Calibri" w:cs="Calibri"/>
                <w:sz w:val="19"/>
              </w:rPr>
              <w:t>[Certificate Name], [Issuer], [20XX]</w:t>
            </w:r>
          </w:p>
        </w:tc>
        <w:tc>
          <w:tcPr>
            <w:tcW w:type="dxa" w:w="6984"/>
            <w:tcMar>
              <w:top w:w="72" w:type="dxa"/>
              <w:left w:w="259" w:type="dxa"/>
              <w:bottom w:w="172" w:type="dxa"/>
              <w:right w:w="0" w:type="dxa"/>
            </w:tcMar>
          </w:tcPr>
          <w:p>
            <w:pPr>
              <w:keepNext/>
              <w:keepLines w:val="0"/>
              <w:pBdr>
                <w:bottom w:val="single" w:sz="4" w:space="2" w:color="BFBFBF"/>
              </w:pBdr>
              <w:spacing w:before="100" w:after="60"/>
            </w:pPr>
            <w:r>
              <w:rPr>
                <w:rFonts w:ascii="Cambria" w:hAnsi="Cambria" w:eastAsia="Cambria" w:cs="Cambria"/>
                <w:b/>
                <w:color w:val="36495C"/>
                <w:spacing w:val="20"/>
                <w:sz w:val="20"/>
              </w:rPr>
              <w:t>OBJECTIVE</w:t>
            </w:r>
          </w:p>
          <w:p>
            <w:pPr>
              <w:keepNext w:val="0"/>
              <w:keepLines w:val="0"/>
              <w:spacing w:before="0" w:after="60"/>
              <w:jc w:val="both"/>
            </w:pPr>
            <w:r>
              <w:rPr>
                <w:rFonts w:ascii="Calibri" w:hAnsi="Calibri" w:eastAsia="Calibri" w:cs="Calibri"/>
                <w:sz w:val="20"/>
              </w:rPr>
              <w:t>[Final-year] [Major] student at [University Name], coursework in [Subject A] and [Subject B], [X] months of applied experience via [internship / lab]. Seeking a [Summer 20XX internship] in [target function] using [Skill 1] and [Skill 2].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80" w:after="60"/>
            </w:pPr>
            <w:r>
              <w:rPr>
                <w:rFonts w:ascii="Cambria" w:hAnsi="Cambria" w:eastAsia="Cambria" w:cs="Cambria"/>
                <w:b/>
                <w:color w:val="36495C"/>
                <w:spacing w:val="20"/>
                <w:sz w:val="20"/>
              </w:rPr>
              <w:t>INTERNSHIPS &amp; WORK EXPERIENCE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20" w:after="0"/>
            </w:pPr>
            <w:r>
              <w:rPr>
                <w:rFonts w:ascii="Cambria" w:hAnsi="Cambria" w:eastAsia="Cambria" w:cs="Cambria"/>
                <w:b/>
                <w:color w:val="36495C"/>
                <w:sz w:val="21"/>
              </w:rPr>
              <w:t>[Internship Title]</w:t>
            </w:r>
            <w:r>
              <w:rPr>
                <w:rFonts w:ascii="Calibri" w:hAnsi="Calibri" w:eastAsia="Calibri" w:cs="Calibri"/>
                <w:sz w:val="20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9"/>
              </w:rPr>
              <w:t>[Jun 20XX – Aug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20"/>
              </w:rPr>
              <w:t>[Organization Name]   ·   [City, State]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[Action verb] [what you owned] for [team / client], delivering [outcome] within [timeframe].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Built [deliverable] in [tool / language] that [measurable result — e.g. cut manual review time by 30%].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Presented [findings / recommendation] to [audience of X people]; [adopted outcome].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80" w:after="0"/>
            </w:pPr>
            <w:r>
              <w:rPr>
                <w:rFonts w:ascii="Cambria" w:hAnsi="Cambria" w:eastAsia="Cambria" w:cs="Cambria"/>
                <w:b/>
                <w:color w:val="36495C"/>
                <w:sz w:val="21"/>
              </w:rPr>
              <w:t>[Part-Time Role / Campus Job]</w:t>
            </w:r>
            <w:r>
              <w:rPr>
                <w:rFonts w:ascii="Calibri" w:hAnsi="Calibri" w:eastAsia="Calibri" w:cs="Calibri"/>
                <w:sz w:val="20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9"/>
              </w:rPr>
              <w:t>[Sep 20XX – Present]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20"/>
              </w:rPr>
              <w:t>[Employer Name]   ·   [City, State]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Balanced [X] hours per week alongside a full course load while [responsibility].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[Quantified achievement — e.g. trained 6 new hires; handled $[X]k in daily transactions].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80" w:after="60"/>
            </w:pPr>
            <w:r>
              <w:rPr>
                <w:rFonts w:ascii="Cambria" w:hAnsi="Cambria" w:eastAsia="Cambria" w:cs="Cambria"/>
                <w:b/>
                <w:color w:val="36495C"/>
                <w:spacing w:val="20"/>
                <w:sz w:val="20"/>
              </w:rPr>
              <w:t>ACADEMIC &amp; PERSONAL PROJECTS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20" w:after="0"/>
            </w:pPr>
            <w:r>
              <w:rPr>
                <w:rFonts w:ascii="Cambria" w:hAnsi="Cambria" w:eastAsia="Cambria" w:cs="Cambria"/>
                <w:b/>
                <w:color w:val="36495C"/>
                <w:sz w:val="21"/>
              </w:rPr>
              <w:t>[Project Name]</w:t>
            </w:r>
            <w:r>
              <w:rPr>
                <w:rFonts w:ascii="Calibri" w:hAnsi="Calibri" w:eastAsia="Calibri" w:cs="Calibri"/>
                <w:sz w:val="20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9"/>
              </w:rPr>
              <w:t>[Spring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20"/>
              </w:rPr>
              <w:t>[Course / Hackathon / Independent]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[Problem you set out to solve] — built with [tech / method].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[Result: accuracy, users, grade, award, or link to repo/demo].</w:t>
            </w:r>
          </w:p>
          <w:p>
            <w:pPr>
              <w:keepNext/>
              <w:keepLines w:val="0"/>
              <w:tabs>
                <w:tab w:pos="6696" w:val="right"/>
              </w:tabs>
              <w:spacing w:before="80" w:after="0"/>
            </w:pPr>
            <w:r>
              <w:rPr>
                <w:rFonts w:ascii="Cambria" w:hAnsi="Cambria" w:eastAsia="Cambria" w:cs="Cambria"/>
                <w:b/>
                <w:color w:val="36495C"/>
                <w:sz w:val="21"/>
              </w:rPr>
              <w:t>[Capstone / Research Project]</w:t>
            </w:r>
            <w:r>
              <w:rPr>
                <w:rFonts w:ascii="Calibri" w:hAnsi="Calibri" w:eastAsia="Calibri" w:cs="Calibri"/>
                <w:sz w:val="20"/>
              </w:rPr>
              <w:tab/>
            </w:r>
            <w:r>
              <w:rPr>
                <w:rFonts w:ascii="Calibri" w:hAnsi="Calibri" w:eastAsia="Calibri" w:cs="Calibri"/>
                <w:b/>
                <w:color w:val="595959"/>
                <w:sz w:val="19"/>
              </w:rPr>
              <w:t>[Fall 20XX]</w:t>
            </w:r>
          </w:p>
          <w:p>
            <w:pPr>
              <w:keepNext/>
              <w:keepLines w:val="0"/>
              <w:spacing w:before="0" w:after="20"/>
            </w:pPr>
            <w:r>
              <w:rPr>
                <w:rFonts w:ascii="Calibri" w:hAnsi="Calibri" w:eastAsia="Calibri" w:cs="Calibri"/>
                <w:i/>
                <w:sz w:val="20"/>
              </w:rPr>
              <w:t>[Lab / Advisor: Prof. [Name]]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[Research question, your specific contribution, and the deliverable: paper, poster or demo].</w:t>
            </w:r>
          </w:p>
          <w:p>
            <w:pPr>
              <w:keepNext/>
              <w:keepLines w:val="0"/>
              <w:pBdr>
                <w:bottom w:val="single" w:sz="4" w:space="2" w:color="BFBFBF"/>
              </w:pBdr>
              <w:spacing w:before="180" w:after="60"/>
            </w:pPr>
            <w:r>
              <w:rPr>
                <w:rFonts w:ascii="Cambria" w:hAnsi="Cambria" w:eastAsia="Cambria" w:cs="Cambria"/>
                <w:b/>
                <w:color w:val="36495C"/>
                <w:spacing w:val="20"/>
                <w:sz w:val="20"/>
              </w:rPr>
              <w:t>LEADERSHIP &amp; INVOLVEMENT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[Officer Title], [Club / Society Name] — [what you ran, and the scale: members, budget, events].</w:t>
            </w:r>
          </w:p>
          <w:p>
            <w:pPr>
              <w:keepNext w:val="0"/>
              <w:keepLines w:val="0"/>
              <w:tabs>
                <w:tab w:pos="288" w:val="left"/>
              </w:tabs>
              <w:spacing w:before="0" w:after="40"/>
              <w:ind w:left="288" w:hanging="288"/>
            </w:pPr>
            <w:r>
              <w:rPr>
                <w:rFonts w:ascii="Calibri" w:hAnsi="Calibri" w:eastAsia="Calibri" w:cs="Calibri"/>
                <w:b/>
                <w:color w:val="36495C"/>
                <w:sz w:val="20"/>
              </w:rPr>
              <w:t>•</w:t>
              <w:tab/>
            </w:r>
            <w:r>
              <w:rPr>
                <w:rFonts w:ascii="Calibri" w:hAnsi="Calibri" w:eastAsia="Calibri" w:cs="Calibri"/>
                <w:sz w:val="20"/>
              </w:rPr>
              <w:t>[Volunteer Role], [Organization] — [X] hours supporting [cause / activity].</w:t>
            </w:r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7" w:lineRule="auto"/>
    </w:pPr>
    <w:rPr>
      <w:rFonts w:ascii="Calibri" w:hAnsi="Calibri" w:eastAsia="Calibri" w:cs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Early Career / In School — Sidebar Professional</dc:title>
  <dc:subject/>
  <dc:creator>[Your Name]</dc:creator>
  <cp:keywords/>
  <dc:description>Editable resume template. Replace every [bracketed] placeholder. Body font: Calibri; headings: Cambria.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